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C8938" w14:textId="72411DD8" w:rsidR="00AA2019" w:rsidRDefault="00000000">
      <w:pPr>
        <w:spacing w:before="160" w:after="80"/>
        <w:jc w:val="center"/>
      </w:pPr>
      <w:r>
        <w:rPr>
          <w:b/>
          <w:color w:val="2E5F8A"/>
          <w:sz w:val="19"/>
        </w:rPr>
        <w:t>APPLICATION</w:t>
      </w:r>
      <w:r w:rsidR="001545D5">
        <w:rPr>
          <w:b/>
          <w:color w:val="2E5F8A"/>
          <w:sz w:val="19"/>
        </w:rPr>
        <w:t xml:space="preserve">: </w:t>
      </w:r>
      <w:hyperlink r:id="rId8" w:history="1">
        <w:r w:rsidR="001545D5" w:rsidRPr="0077725B">
          <w:rPr>
            <w:rStyle w:val="Hyperlink"/>
            <w:b/>
            <w:sz w:val="19"/>
          </w:rPr>
          <w:t>https://www.tfaforms.com/5050141</w:t>
        </w:r>
      </w:hyperlink>
      <w:r w:rsidR="001545D5">
        <w:rPr>
          <w:b/>
          <w:color w:val="2E5F8A"/>
          <w:sz w:val="19"/>
        </w:rPr>
        <w:t xml:space="preserve"> </w:t>
      </w:r>
    </w:p>
    <w:p w14:paraId="33A8F5EC" w14:textId="77777777" w:rsidR="00AA2019" w:rsidRDefault="00000000">
      <w:pPr>
        <w:spacing w:after="80"/>
        <w:jc w:val="center"/>
      </w:pPr>
      <w:r>
        <w:rPr>
          <w:b/>
          <w:color w:val="18354F"/>
          <w:sz w:val="48"/>
        </w:rPr>
        <w:t>New York Shelter Acquisition</w:t>
      </w:r>
      <w:r>
        <w:rPr>
          <w:b/>
          <w:color w:val="18354F"/>
          <w:sz w:val="48"/>
        </w:rPr>
        <w:br/>
        <w:t>and Predevelopment Fund</w:t>
      </w:r>
    </w:p>
    <w:p w14:paraId="73EF2AA2" w14:textId="77777777" w:rsidR="00AA2019" w:rsidRDefault="00000000">
      <w:pPr>
        <w:spacing w:after="280"/>
        <w:jc w:val="center"/>
      </w:pPr>
      <w:r>
        <w:rPr>
          <w:i/>
          <w:color w:val="66727D"/>
          <w:sz w:val="25"/>
        </w:rPr>
        <w:t>Loan and borrower pre-qualification application</w:t>
      </w:r>
    </w:p>
    <w:tbl>
      <w:tblPr>
        <w:tblStyle w:val="TableGrid"/>
        <w:tblW w:w="9360" w:type="dxa"/>
        <w:tblInd w:w="120" w:type="dxa"/>
        <w:tblLayout w:type="fixed"/>
        <w:tblLook w:val="04A0" w:firstRow="1" w:lastRow="0" w:firstColumn="1" w:lastColumn="0" w:noHBand="0" w:noVBand="1"/>
      </w:tblPr>
      <w:tblGrid>
        <w:gridCol w:w="9360"/>
      </w:tblGrid>
      <w:tr w:rsidR="00AA2019" w14:paraId="1DC2E8C2" w14:textId="77777777">
        <w:tc>
          <w:tcPr>
            <w:tcW w:w="9360" w:type="dxa"/>
            <w:shd w:val="clear" w:color="auto" w:fill="EAF1F7"/>
            <w:tcMar>
              <w:top w:w="90" w:type="dxa"/>
              <w:left w:w="140" w:type="dxa"/>
              <w:bottom w:w="90" w:type="dxa"/>
              <w:right w:w="140" w:type="dxa"/>
            </w:tcMar>
          </w:tcPr>
          <w:p w14:paraId="39438921" w14:textId="77777777" w:rsidR="00AA2019" w:rsidRDefault="00000000">
            <w:pPr>
              <w:spacing w:after="60"/>
            </w:pPr>
            <w:r>
              <w:rPr>
                <w:b/>
                <w:color w:val="18354F"/>
              </w:rPr>
              <w:t>How to use this document</w:t>
            </w:r>
          </w:p>
          <w:p w14:paraId="6EF08FA0" w14:textId="77777777" w:rsidR="00AA2019" w:rsidRDefault="00000000">
            <w:pPr>
              <w:spacing w:after="40"/>
            </w:pPr>
            <w:r>
              <w:rPr>
                <w:color w:val="29343D"/>
                <w:sz w:val="19"/>
              </w:rPr>
              <w:t>Required fields are labeled REQUIRED. Selectable answers are listed as bullets. The conditional Shelter Information section is included in full and clearly identified.</w:t>
            </w:r>
          </w:p>
        </w:tc>
      </w:tr>
    </w:tbl>
    <w:p w14:paraId="5968293A" w14:textId="77777777" w:rsidR="00AA2019" w:rsidRDefault="00000000">
      <w:pPr>
        <w:spacing w:before="140" w:after="20"/>
      </w:pPr>
      <w:r>
        <w:rPr>
          <w:b/>
          <w:color w:val="66727D"/>
          <w:sz w:val="18"/>
        </w:rPr>
        <w:t xml:space="preserve">Source: </w:t>
      </w:r>
      <w:hyperlink r:id="rId9">
        <w:r>
          <w:rPr>
            <w:color w:val="2E5F8A"/>
            <w:sz w:val="20"/>
            <w:u w:val="single"/>
          </w:rPr>
          <w:t>https://www.tfaforms.com/5050141</w:t>
        </w:r>
      </w:hyperlink>
      <w:r>
        <w:rPr>
          <w:color w:val="66727D"/>
          <w:sz w:val="18"/>
        </w:rPr>
        <w:t xml:space="preserve">  |  Accessed August 13, 2026</w:t>
      </w:r>
    </w:p>
    <w:p w14:paraId="0C026C3E" w14:textId="77777777" w:rsidR="00AA2019" w:rsidRDefault="00000000">
      <w:pPr>
        <w:spacing w:after="120"/>
      </w:pPr>
      <w:r>
        <w:rPr>
          <w:b/>
          <w:color w:val="18354F"/>
          <w:sz w:val="19"/>
        </w:rPr>
        <w:t xml:space="preserve">Conditional logic: </w:t>
      </w:r>
      <w:r>
        <w:rPr>
          <w:color w:val="29343D"/>
          <w:sz w:val="19"/>
        </w:rPr>
        <w:t>Selecting “A loan” reveals all questions in Shelter Information. Selecting “Pre-qualification as a potential borrower” hides that entire section.</w:t>
      </w:r>
    </w:p>
    <w:p w14:paraId="53FF35A7" w14:textId="77777777" w:rsidR="00AA2019" w:rsidRDefault="00000000">
      <w:pPr>
        <w:pStyle w:val="Heading1"/>
      </w:pPr>
      <w:r>
        <w:t>Organization Information</w:t>
      </w:r>
    </w:p>
    <w:p w14:paraId="00BA2B2D" w14:textId="77777777" w:rsidR="00AA2019" w:rsidRDefault="00000000">
      <w:pPr>
        <w:pStyle w:val="ApplicationQuestion"/>
        <w:numPr>
          <w:ilvl w:val="0"/>
          <w:numId w:val="1"/>
        </w:numPr>
      </w:pPr>
      <w:r>
        <w:t>Organization Name</w:t>
      </w:r>
    </w:p>
    <w:p w14:paraId="01171938" w14:textId="77777777" w:rsidR="00AA2019" w:rsidRDefault="00000000">
      <w:pPr>
        <w:pStyle w:val="FieldMetadata"/>
      </w:pPr>
      <w:r>
        <w:rPr>
          <w:b/>
          <w:color w:val="A12A2A"/>
        </w:rPr>
        <w:t>Short answer  |  REQUIRED</w:t>
      </w:r>
    </w:p>
    <w:p w14:paraId="6E2F31D7" w14:textId="77777777" w:rsidR="00AA2019" w:rsidRDefault="00000000">
      <w:pPr>
        <w:pStyle w:val="ApplicationQuestion"/>
        <w:numPr>
          <w:ilvl w:val="0"/>
          <w:numId w:val="1"/>
        </w:numPr>
      </w:pPr>
      <w:r>
        <w:t>Street Address</w:t>
      </w:r>
    </w:p>
    <w:p w14:paraId="2397E8CC" w14:textId="77777777" w:rsidR="00AA2019" w:rsidRDefault="00000000">
      <w:pPr>
        <w:pStyle w:val="FieldMetadata"/>
      </w:pPr>
      <w:r>
        <w:t>Short answer  |  Optional</w:t>
      </w:r>
    </w:p>
    <w:p w14:paraId="15CAA39E" w14:textId="77777777" w:rsidR="00AA2019" w:rsidRDefault="00000000">
      <w:pPr>
        <w:pStyle w:val="ApplicationQuestion"/>
        <w:numPr>
          <w:ilvl w:val="0"/>
          <w:numId w:val="1"/>
        </w:numPr>
      </w:pPr>
      <w:r>
        <w:t>Apt./Suite/Office</w:t>
      </w:r>
    </w:p>
    <w:p w14:paraId="19F39F25" w14:textId="77777777" w:rsidR="00AA2019" w:rsidRDefault="00000000">
      <w:pPr>
        <w:pStyle w:val="FieldMetadata"/>
      </w:pPr>
      <w:r>
        <w:t>Short answer  |  Optional</w:t>
      </w:r>
    </w:p>
    <w:p w14:paraId="322D1181" w14:textId="77777777" w:rsidR="00AA2019" w:rsidRDefault="00000000">
      <w:pPr>
        <w:pStyle w:val="ApplicationQuestion"/>
        <w:numPr>
          <w:ilvl w:val="0"/>
          <w:numId w:val="1"/>
        </w:numPr>
      </w:pPr>
      <w:r>
        <w:t>City</w:t>
      </w:r>
    </w:p>
    <w:p w14:paraId="06054B26" w14:textId="77777777" w:rsidR="00AA2019" w:rsidRDefault="00000000">
      <w:pPr>
        <w:pStyle w:val="FieldMetadata"/>
      </w:pPr>
      <w:r>
        <w:t>Short answer  |  Optional</w:t>
      </w:r>
    </w:p>
    <w:p w14:paraId="142096A5" w14:textId="77777777" w:rsidR="00AA2019" w:rsidRDefault="00000000">
      <w:pPr>
        <w:pStyle w:val="ApplicationQuestion"/>
        <w:numPr>
          <w:ilvl w:val="0"/>
          <w:numId w:val="1"/>
        </w:numPr>
      </w:pPr>
      <w:r>
        <w:t>State</w:t>
      </w:r>
    </w:p>
    <w:p w14:paraId="4140075E" w14:textId="77777777" w:rsidR="00AA2019" w:rsidRDefault="00000000">
      <w:pPr>
        <w:pStyle w:val="FieldMetadata"/>
      </w:pPr>
      <w:r>
        <w:t>Dropdown  |  Optional</w:t>
      </w:r>
    </w:p>
    <w:p w14:paraId="5067694E" w14:textId="77777777" w:rsidR="00AA2019" w:rsidRDefault="00000000">
      <w:pPr>
        <w:numPr>
          <w:ilvl w:val="0"/>
          <w:numId w:val="1"/>
        </w:numPr>
        <w:spacing w:after="40"/>
      </w:pPr>
      <w:r>
        <w:rPr>
          <w:color w:val="29343D"/>
          <w:sz w:val="20"/>
        </w:rPr>
        <w:t>New York</w:t>
      </w:r>
    </w:p>
    <w:p w14:paraId="2A3FAC1B" w14:textId="77777777" w:rsidR="00AA2019" w:rsidRDefault="00000000">
      <w:pPr>
        <w:pStyle w:val="ApplicationQuestion"/>
        <w:numPr>
          <w:ilvl w:val="0"/>
          <w:numId w:val="1"/>
        </w:numPr>
      </w:pPr>
      <w:r>
        <w:t>Zip</w:t>
      </w:r>
    </w:p>
    <w:p w14:paraId="67BA4852" w14:textId="77777777" w:rsidR="00AA2019" w:rsidRDefault="00000000">
      <w:pPr>
        <w:pStyle w:val="FieldMetadata"/>
      </w:pPr>
      <w:r>
        <w:t>Short answer  |  Optional</w:t>
      </w:r>
    </w:p>
    <w:p w14:paraId="70755AB0" w14:textId="77777777" w:rsidR="00AA2019" w:rsidRDefault="00000000">
      <w:pPr>
        <w:pStyle w:val="ApplicationQuestion"/>
        <w:numPr>
          <w:ilvl w:val="0"/>
          <w:numId w:val="1"/>
        </w:numPr>
      </w:pPr>
      <w:r>
        <w:t>Website</w:t>
      </w:r>
    </w:p>
    <w:p w14:paraId="6124F72A" w14:textId="77777777" w:rsidR="00AA2019" w:rsidRDefault="00000000">
      <w:pPr>
        <w:pStyle w:val="FieldMetadata"/>
      </w:pPr>
      <w:r>
        <w:t>Short answer  |  Optional</w:t>
      </w:r>
    </w:p>
    <w:p w14:paraId="622AEF61" w14:textId="77777777" w:rsidR="00AA2019" w:rsidRDefault="00000000">
      <w:pPr>
        <w:pStyle w:val="ApplicationQuestion"/>
        <w:numPr>
          <w:ilvl w:val="0"/>
          <w:numId w:val="1"/>
        </w:numPr>
      </w:pPr>
      <w:r>
        <w:t>EIN</w:t>
      </w:r>
    </w:p>
    <w:p w14:paraId="242E5660" w14:textId="77777777" w:rsidR="00AA2019" w:rsidRDefault="00000000">
      <w:pPr>
        <w:pStyle w:val="FieldMetadata"/>
      </w:pPr>
      <w:r>
        <w:rPr>
          <w:b/>
          <w:color w:val="A12A2A"/>
        </w:rPr>
        <w:t>Short answer  |  REQUIRED</w:t>
      </w:r>
    </w:p>
    <w:p w14:paraId="20B45733" w14:textId="77777777" w:rsidR="00AA2019" w:rsidRDefault="00000000">
      <w:pPr>
        <w:pStyle w:val="Heading1"/>
      </w:pPr>
      <w:r>
        <w:t>Organization Contact Information</w:t>
      </w:r>
    </w:p>
    <w:p w14:paraId="41820D74" w14:textId="77777777" w:rsidR="00AA2019" w:rsidRDefault="00000000">
      <w:pPr>
        <w:pStyle w:val="ApplicationQuestion"/>
        <w:numPr>
          <w:ilvl w:val="0"/>
          <w:numId w:val="1"/>
        </w:numPr>
      </w:pPr>
      <w:r>
        <w:t>Primary Contact - Name</w:t>
      </w:r>
    </w:p>
    <w:p w14:paraId="354AF162" w14:textId="77777777" w:rsidR="00AA2019" w:rsidRDefault="00000000">
      <w:pPr>
        <w:pStyle w:val="FieldMetadata"/>
      </w:pPr>
      <w:r>
        <w:rPr>
          <w:b/>
          <w:color w:val="A12A2A"/>
        </w:rPr>
        <w:t>Short answer  |  REQUIRED</w:t>
      </w:r>
    </w:p>
    <w:p w14:paraId="171B1911" w14:textId="77777777" w:rsidR="00AA2019" w:rsidRDefault="00000000">
      <w:pPr>
        <w:pStyle w:val="ApplicationQuestion"/>
        <w:numPr>
          <w:ilvl w:val="0"/>
          <w:numId w:val="1"/>
        </w:numPr>
      </w:pPr>
      <w:r>
        <w:lastRenderedPageBreak/>
        <w:t>Primary Contact - Title</w:t>
      </w:r>
    </w:p>
    <w:p w14:paraId="059D5A33" w14:textId="77777777" w:rsidR="00AA2019" w:rsidRDefault="00000000">
      <w:pPr>
        <w:pStyle w:val="FieldMetadata"/>
      </w:pPr>
      <w:r>
        <w:rPr>
          <w:b/>
          <w:color w:val="A12A2A"/>
        </w:rPr>
        <w:t>Short answer  |  REQUIRED</w:t>
      </w:r>
    </w:p>
    <w:p w14:paraId="009A12C6" w14:textId="77777777" w:rsidR="00AA2019" w:rsidRDefault="00000000">
      <w:pPr>
        <w:pStyle w:val="ApplicationQuestion"/>
        <w:numPr>
          <w:ilvl w:val="0"/>
          <w:numId w:val="1"/>
        </w:numPr>
      </w:pPr>
      <w:r>
        <w:t>Primary Contact - Email</w:t>
      </w:r>
    </w:p>
    <w:p w14:paraId="31CEEAE8" w14:textId="77777777" w:rsidR="00AA2019" w:rsidRDefault="00000000">
      <w:pPr>
        <w:pStyle w:val="FieldMetadata"/>
      </w:pPr>
      <w:r>
        <w:rPr>
          <w:b/>
          <w:color w:val="A12A2A"/>
        </w:rPr>
        <w:t>Short answer  |  REQUIRED</w:t>
      </w:r>
    </w:p>
    <w:p w14:paraId="6A1689DE" w14:textId="77777777" w:rsidR="00AA2019" w:rsidRDefault="00000000">
      <w:pPr>
        <w:pStyle w:val="ApplicationQuestion"/>
        <w:numPr>
          <w:ilvl w:val="0"/>
          <w:numId w:val="1"/>
        </w:numPr>
      </w:pPr>
      <w:r>
        <w:t>Primary Contact - Phone Number</w:t>
      </w:r>
    </w:p>
    <w:p w14:paraId="7DB3E8D7" w14:textId="77777777" w:rsidR="00AA2019" w:rsidRDefault="00000000">
      <w:pPr>
        <w:pStyle w:val="FieldMetadata"/>
      </w:pPr>
      <w:r>
        <w:rPr>
          <w:b/>
          <w:color w:val="A12A2A"/>
        </w:rPr>
        <w:t>Short answer; format ###-###-####  |  REQUIRED</w:t>
      </w:r>
    </w:p>
    <w:p w14:paraId="79F88ADF" w14:textId="77777777" w:rsidR="00AA2019" w:rsidRDefault="00000000">
      <w:pPr>
        <w:pStyle w:val="ApplicationQuestion"/>
        <w:numPr>
          <w:ilvl w:val="0"/>
          <w:numId w:val="1"/>
        </w:numPr>
      </w:pPr>
      <w:r>
        <w:t>Executive Director - Name</w:t>
      </w:r>
    </w:p>
    <w:p w14:paraId="4EF47623" w14:textId="77777777" w:rsidR="00AA2019" w:rsidRDefault="00000000">
      <w:pPr>
        <w:pStyle w:val="FieldMetadata"/>
      </w:pPr>
      <w:r>
        <w:rPr>
          <w:b/>
          <w:color w:val="A12A2A"/>
        </w:rPr>
        <w:t>Short answer  |  REQUIRED</w:t>
      </w:r>
    </w:p>
    <w:p w14:paraId="1364F090" w14:textId="77777777" w:rsidR="00AA2019" w:rsidRDefault="00000000">
      <w:pPr>
        <w:pStyle w:val="ApplicationQuestion"/>
        <w:numPr>
          <w:ilvl w:val="0"/>
          <w:numId w:val="1"/>
        </w:numPr>
      </w:pPr>
      <w:r>
        <w:t>Executive Director - Email</w:t>
      </w:r>
    </w:p>
    <w:p w14:paraId="226D819B" w14:textId="77777777" w:rsidR="00AA2019" w:rsidRDefault="00000000">
      <w:pPr>
        <w:pStyle w:val="FieldMetadata"/>
      </w:pPr>
      <w:r>
        <w:rPr>
          <w:b/>
          <w:color w:val="A12A2A"/>
        </w:rPr>
        <w:t>Short answer  |  REQUIRED</w:t>
      </w:r>
    </w:p>
    <w:p w14:paraId="5E11E11D" w14:textId="77777777" w:rsidR="00AA2019" w:rsidRDefault="00000000">
      <w:pPr>
        <w:pStyle w:val="ApplicationQuestion"/>
        <w:numPr>
          <w:ilvl w:val="0"/>
          <w:numId w:val="1"/>
        </w:numPr>
      </w:pPr>
      <w:r>
        <w:t>Executive Director - Phone Number</w:t>
      </w:r>
    </w:p>
    <w:p w14:paraId="6EF5EC26" w14:textId="77777777" w:rsidR="00AA2019" w:rsidRDefault="00000000">
      <w:pPr>
        <w:pStyle w:val="FieldMetadata"/>
      </w:pPr>
      <w:r>
        <w:rPr>
          <w:b/>
          <w:color w:val="A12A2A"/>
        </w:rPr>
        <w:t>Short answer; format ###-###-####  |  REQUIRED</w:t>
      </w:r>
    </w:p>
    <w:p w14:paraId="6B716D1B" w14:textId="77777777" w:rsidR="00AA2019" w:rsidRDefault="00000000">
      <w:pPr>
        <w:pStyle w:val="Heading1"/>
      </w:pPr>
      <w:r>
        <w:t>Documents and Request Type</w:t>
      </w:r>
    </w:p>
    <w:p w14:paraId="79739606" w14:textId="77777777" w:rsidR="00AA2019" w:rsidRDefault="00000000">
      <w:pPr>
        <w:pStyle w:val="ApplicationQuestion"/>
        <w:numPr>
          <w:ilvl w:val="0"/>
          <w:numId w:val="1"/>
        </w:numPr>
      </w:pPr>
      <w:r>
        <w:t>Please upload a copy of your tax exemption certificate.</w:t>
      </w:r>
    </w:p>
    <w:p w14:paraId="624F4FB3" w14:textId="77777777" w:rsidR="00AA2019" w:rsidRDefault="00000000">
      <w:pPr>
        <w:pStyle w:val="FieldMetadata"/>
      </w:pPr>
      <w:r>
        <w:t>File upload  |  Optional</w:t>
      </w:r>
    </w:p>
    <w:p w14:paraId="17B1790C" w14:textId="77777777" w:rsidR="00AA2019" w:rsidRDefault="00000000">
      <w:pPr>
        <w:pStyle w:val="ApplicationQuestion"/>
        <w:numPr>
          <w:ilvl w:val="0"/>
          <w:numId w:val="1"/>
        </w:numPr>
      </w:pPr>
      <w:r>
        <w:t>Are you seeking a loan at this time or only to be pre-qualified as a potential borrower?</w:t>
      </w:r>
    </w:p>
    <w:p w14:paraId="0E7D6DDF" w14:textId="77777777" w:rsidR="00AA2019" w:rsidRDefault="00000000">
      <w:pPr>
        <w:pStyle w:val="FieldMetadata"/>
      </w:pPr>
      <w:r>
        <w:rPr>
          <w:b/>
          <w:color w:val="A12A2A"/>
        </w:rPr>
        <w:t>Dropdown  |  REQUIRED</w:t>
      </w:r>
    </w:p>
    <w:p w14:paraId="7CECB370" w14:textId="77777777" w:rsidR="00AA2019" w:rsidRPr="001545D5" w:rsidRDefault="00000000">
      <w:pPr>
        <w:numPr>
          <w:ilvl w:val="0"/>
          <w:numId w:val="1"/>
        </w:numPr>
        <w:spacing w:after="40"/>
        <w:rPr>
          <w:highlight w:val="yellow"/>
        </w:rPr>
      </w:pPr>
      <w:r w:rsidRPr="001545D5">
        <w:rPr>
          <w:color w:val="29343D"/>
          <w:sz w:val="20"/>
          <w:highlight w:val="yellow"/>
        </w:rPr>
        <w:t>A loan</w:t>
      </w:r>
    </w:p>
    <w:p w14:paraId="1FACCF11" w14:textId="77777777" w:rsidR="00AA2019" w:rsidRDefault="00000000">
      <w:pPr>
        <w:numPr>
          <w:ilvl w:val="0"/>
          <w:numId w:val="1"/>
        </w:numPr>
        <w:spacing w:after="40"/>
      </w:pPr>
      <w:r>
        <w:rPr>
          <w:color w:val="29343D"/>
          <w:sz w:val="20"/>
        </w:rPr>
        <w:t>Pre-qualification as a potential borrower</w:t>
      </w:r>
    </w:p>
    <w:p w14:paraId="439090EC" w14:textId="77777777" w:rsidR="00AA2019" w:rsidRDefault="00000000">
      <w:pPr>
        <w:pStyle w:val="ApplicationQuestion"/>
        <w:numPr>
          <w:ilvl w:val="0"/>
          <w:numId w:val="1"/>
        </w:numPr>
      </w:pPr>
      <w:r>
        <w:t>Please confirm that you have read the term sheet for the New York Shelter Acquisition and Predevelopment Fund.</w:t>
      </w:r>
    </w:p>
    <w:p w14:paraId="1C148E18" w14:textId="77777777" w:rsidR="00AA2019" w:rsidRDefault="00000000">
      <w:pPr>
        <w:pStyle w:val="FieldMetadata"/>
      </w:pPr>
      <w:r>
        <w:rPr>
          <w:b/>
          <w:color w:val="A12A2A"/>
        </w:rPr>
        <w:t>Checkbox  |  REQUIRED</w:t>
      </w:r>
    </w:p>
    <w:p w14:paraId="5B9BF8D2" w14:textId="77777777" w:rsidR="00AA2019" w:rsidRDefault="00000000">
      <w:pPr>
        <w:spacing w:after="40"/>
        <w:ind w:left="720"/>
      </w:pPr>
      <w:r>
        <w:rPr>
          <w:b/>
          <w:color w:val="66727D"/>
          <w:sz w:val="19"/>
        </w:rPr>
        <w:t xml:space="preserve">Term sheet: </w:t>
      </w:r>
      <w:hyperlink r:id="rId10">
        <w:r>
          <w:rPr>
            <w:color w:val="2E5F8A"/>
            <w:sz w:val="20"/>
            <w:u w:val="single"/>
          </w:rPr>
          <w:t>Open the referenced term sheet</w:t>
        </w:r>
      </w:hyperlink>
    </w:p>
    <w:p w14:paraId="09A582C8" w14:textId="77777777" w:rsidR="00AA2019" w:rsidRDefault="00000000">
      <w:pPr>
        <w:numPr>
          <w:ilvl w:val="0"/>
          <w:numId w:val="1"/>
        </w:numPr>
        <w:spacing w:after="40"/>
      </w:pPr>
      <w:r>
        <w:rPr>
          <w:color w:val="29343D"/>
          <w:sz w:val="20"/>
        </w:rPr>
        <w:t>Yes - I have reviewed the term sheet.</w:t>
      </w:r>
    </w:p>
    <w:p w14:paraId="2D96FB1D" w14:textId="77777777" w:rsidR="00AA2019" w:rsidRDefault="00000000">
      <w:pPr>
        <w:pStyle w:val="Heading1"/>
      </w:pPr>
      <w:r>
        <w:t>Shelter Information</w:t>
      </w:r>
    </w:p>
    <w:tbl>
      <w:tblPr>
        <w:tblStyle w:val="TableGrid"/>
        <w:tblW w:w="9360" w:type="dxa"/>
        <w:tblInd w:w="120" w:type="dxa"/>
        <w:tblLayout w:type="fixed"/>
        <w:tblLook w:val="04A0" w:firstRow="1" w:lastRow="0" w:firstColumn="1" w:lastColumn="0" w:noHBand="0" w:noVBand="1"/>
      </w:tblPr>
      <w:tblGrid>
        <w:gridCol w:w="9360"/>
      </w:tblGrid>
      <w:tr w:rsidR="00AA2019" w14:paraId="039828F5" w14:textId="77777777">
        <w:tc>
          <w:tcPr>
            <w:tcW w:w="9360" w:type="dxa"/>
            <w:shd w:val="clear" w:color="auto" w:fill="FFF4D6"/>
            <w:tcMar>
              <w:top w:w="90" w:type="dxa"/>
              <w:left w:w="140" w:type="dxa"/>
              <w:bottom w:w="90" w:type="dxa"/>
              <w:right w:w="140" w:type="dxa"/>
            </w:tcMar>
          </w:tcPr>
          <w:p w14:paraId="142C53D1" w14:textId="77777777" w:rsidR="00AA2019" w:rsidRDefault="00000000">
            <w:r>
              <w:rPr>
                <w:b/>
                <w:color w:val="6B4B00"/>
                <w:sz w:val="19"/>
              </w:rPr>
              <w:t>CONDITIONAL SECTION — shown only when “</w:t>
            </w:r>
            <w:r w:rsidRPr="001545D5">
              <w:rPr>
                <w:b/>
                <w:color w:val="6B4B00"/>
                <w:sz w:val="19"/>
                <w:highlight w:val="yellow"/>
              </w:rPr>
              <w:t>A loan</w:t>
            </w:r>
            <w:r>
              <w:rPr>
                <w:b/>
                <w:color w:val="6B4B00"/>
                <w:sz w:val="19"/>
              </w:rPr>
              <w:t>” is selected.</w:t>
            </w:r>
          </w:p>
        </w:tc>
      </w:tr>
    </w:tbl>
    <w:p w14:paraId="7F680309" w14:textId="77777777" w:rsidR="00AA2019" w:rsidRDefault="00000000">
      <w:pPr>
        <w:pStyle w:val="ApplicationQuestion"/>
        <w:numPr>
          <w:ilvl w:val="0"/>
          <w:numId w:val="1"/>
        </w:numPr>
      </w:pPr>
      <w:r>
        <w:t>What is the total amount of the loan you are seeking?</w:t>
      </w:r>
    </w:p>
    <w:p w14:paraId="54496DC6" w14:textId="77777777" w:rsidR="00AA2019" w:rsidRDefault="00000000">
      <w:pPr>
        <w:pStyle w:val="FieldMetadata"/>
      </w:pPr>
      <w:r>
        <w:rPr>
          <w:b/>
          <w:color w:val="A12A2A"/>
        </w:rPr>
        <w:t>Short answer  |  REQUIRED</w:t>
      </w:r>
    </w:p>
    <w:p w14:paraId="2005285D" w14:textId="77777777" w:rsidR="00AA2019" w:rsidRDefault="00000000">
      <w:pPr>
        <w:pStyle w:val="ApplicationQuestion"/>
        <w:numPr>
          <w:ilvl w:val="0"/>
          <w:numId w:val="1"/>
        </w:numPr>
      </w:pPr>
      <w:r>
        <w:t>Please provide a description of the site including the address (with block and lots), the community board, the City Council District, and the Council Member.</w:t>
      </w:r>
    </w:p>
    <w:p w14:paraId="00EA2CB0" w14:textId="77777777" w:rsidR="00AA2019" w:rsidRDefault="00000000">
      <w:pPr>
        <w:pStyle w:val="FieldMetadata"/>
      </w:pPr>
      <w:r>
        <w:rPr>
          <w:b/>
          <w:color w:val="A12A2A"/>
        </w:rPr>
        <w:t>Long answer; 250-word limit  |  REQUIRED</w:t>
      </w:r>
    </w:p>
    <w:p w14:paraId="32C1188E" w14:textId="77777777" w:rsidR="00AA2019" w:rsidRDefault="00000000">
      <w:pPr>
        <w:pStyle w:val="ApplicationQuestion"/>
        <w:numPr>
          <w:ilvl w:val="0"/>
          <w:numId w:val="1"/>
        </w:numPr>
      </w:pPr>
      <w:r>
        <w:t>Please describe the proposed shelter including proposed zoning SF, proposed gross SF, population type, and the number of beds/rooms/units.</w:t>
      </w:r>
    </w:p>
    <w:p w14:paraId="34D7D767" w14:textId="77777777" w:rsidR="00AA2019" w:rsidRDefault="00000000">
      <w:pPr>
        <w:pStyle w:val="FieldMetadata"/>
      </w:pPr>
      <w:r>
        <w:t>Long answer; 250-word limit  |  Optional</w:t>
      </w:r>
    </w:p>
    <w:p w14:paraId="576F6B43" w14:textId="77777777" w:rsidR="00AA2019" w:rsidRDefault="00000000">
      <w:pPr>
        <w:pStyle w:val="ApplicationQuestion"/>
        <w:numPr>
          <w:ilvl w:val="0"/>
          <w:numId w:val="1"/>
        </w:numPr>
      </w:pPr>
      <w:r>
        <w:lastRenderedPageBreak/>
        <w:t>Please briefly describe the proposed development process including any partners you expect to work with, the expected time frame, etc.</w:t>
      </w:r>
    </w:p>
    <w:p w14:paraId="6872CD8E" w14:textId="77777777" w:rsidR="00AA2019" w:rsidRDefault="00000000">
      <w:pPr>
        <w:pStyle w:val="FieldMetadata"/>
      </w:pPr>
      <w:r>
        <w:t>Long answer; 250-word limit  |  Optional</w:t>
      </w:r>
    </w:p>
    <w:p w14:paraId="1744AB70" w14:textId="77777777" w:rsidR="00AA2019" w:rsidRDefault="00000000">
      <w:pPr>
        <w:pStyle w:val="ApplicationQuestion"/>
        <w:numPr>
          <w:ilvl w:val="0"/>
          <w:numId w:val="1"/>
        </w:numPr>
      </w:pPr>
      <w:r>
        <w:t>What is the current status of site control?</w:t>
      </w:r>
    </w:p>
    <w:p w14:paraId="40719BEA" w14:textId="77777777" w:rsidR="00AA2019" w:rsidRDefault="00000000">
      <w:pPr>
        <w:pStyle w:val="FieldMetadata"/>
      </w:pPr>
      <w:r>
        <w:t>Long answer; 250-word limit  |  Optional</w:t>
      </w:r>
    </w:p>
    <w:p w14:paraId="61772AA2" w14:textId="77777777" w:rsidR="00AA2019" w:rsidRDefault="00000000">
      <w:pPr>
        <w:pStyle w:val="ApplicationQuestion"/>
        <w:numPr>
          <w:ilvl w:val="0"/>
          <w:numId w:val="1"/>
        </w:numPr>
      </w:pPr>
      <w:r>
        <w:t>Please describe the status of your discussions with DHS and attach any relevant documents (Award Letter, etc.).</w:t>
      </w:r>
    </w:p>
    <w:p w14:paraId="33AB85C2" w14:textId="77777777" w:rsidR="00AA2019" w:rsidRDefault="00000000">
      <w:pPr>
        <w:pStyle w:val="FieldMetadata"/>
      </w:pPr>
      <w:r>
        <w:t>Long answer  |  Optional</w:t>
      </w:r>
    </w:p>
    <w:p w14:paraId="56373572" w14:textId="77777777" w:rsidR="00AA2019" w:rsidRDefault="00000000">
      <w:pPr>
        <w:pStyle w:val="ApplicationQuestion"/>
        <w:numPr>
          <w:ilvl w:val="0"/>
          <w:numId w:val="1"/>
        </w:numPr>
      </w:pPr>
      <w:r>
        <w:t>Upload relevant DHS documents (Award Letter, etc.).</w:t>
      </w:r>
    </w:p>
    <w:p w14:paraId="1F0A4BAE" w14:textId="77777777" w:rsidR="00AA2019" w:rsidRDefault="00000000">
      <w:pPr>
        <w:pStyle w:val="FieldMetadata"/>
      </w:pPr>
      <w:r>
        <w:t>File upload; multiple responses allowed  |  Optional</w:t>
      </w:r>
    </w:p>
    <w:p w14:paraId="69060FF3" w14:textId="77777777" w:rsidR="00AA2019" w:rsidRDefault="00000000">
      <w:pPr>
        <w:pStyle w:val="ApplicationQuestion"/>
        <w:numPr>
          <w:ilvl w:val="0"/>
          <w:numId w:val="1"/>
        </w:numPr>
      </w:pPr>
      <w:r>
        <w:t>Please describe the development team (architect, contractor, management company).</w:t>
      </w:r>
    </w:p>
    <w:p w14:paraId="289ED0E5" w14:textId="77777777" w:rsidR="00AA2019" w:rsidRDefault="00000000">
      <w:pPr>
        <w:pStyle w:val="FieldMetadata"/>
      </w:pPr>
      <w:r>
        <w:t>Long answer; 250-word limit  |  Optional</w:t>
      </w:r>
    </w:p>
    <w:p w14:paraId="6FC09F14" w14:textId="77777777" w:rsidR="00AA2019" w:rsidRDefault="00000000">
      <w:pPr>
        <w:pStyle w:val="ApplicationQuestion"/>
        <w:numPr>
          <w:ilvl w:val="0"/>
          <w:numId w:val="1"/>
        </w:numPr>
      </w:pPr>
      <w:r>
        <w:t>What is the appraised value of the site?</w:t>
      </w:r>
    </w:p>
    <w:p w14:paraId="4BA3C3D1" w14:textId="77777777" w:rsidR="00AA2019" w:rsidRDefault="00000000">
      <w:pPr>
        <w:pStyle w:val="FieldMetadata"/>
      </w:pPr>
      <w:r>
        <w:t>Short answer; 9-character limit  |  Optional</w:t>
      </w:r>
    </w:p>
    <w:p w14:paraId="649C0503" w14:textId="77777777" w:rsidR="00AA2019" w:rsidRDefault="00000000">
      <w:pPr>
        <w:pStyle w:val="ApplicationQuestion"/>
        <w:numPr>
          <w:ilvl w:val="0"/>
          <w:numId w:val="1"/>
        </w:numPr>
      </w:pPr>
      <w:r>
        <w:t>Please attach the most recent appraisal (if available).</w:t>
      </w:r>
    </w:p>
    <w:p w14:paraId="507926FF" w14:textId="77777777" w:rsidR="00AA2019" w:rsidRDefault="00000000">
      <w:pPr>
        <w:pStyle w:val="FieldMetadata"/>
      </w:pPr>
      <w:r>
        <w:t>File upload  |  Optional</w:t>
      </w:r>
    </w:p>
    <w:p w14:paraId="52D9D57C" w14:textId="77777777" w:rsidR="00AA2019" w:rsidRDefault="00000000">
      <w:pPr>
        <w:pStyle w:val="ApplicationQuestion"/>
        <w:numPr>
          <w:ilvl w:val="0"/>
          <w:numId w:val="1"/>
        </w:numPr>
      </w:pPr>
      <w:r>
        <w:t>Please describe the current state of the development planning and attach any preliminary development pro-forma including sources and uses, development budget (hard and soft costs), unit distribution, expected rents, construction and permanent financing, and amortization schedule on permanent debt.</w:t>
      </w:r>
    </w:p>
    <w:p w14:paraId="09DFCF84" w14:textId="77777777" w:rsidR="00AA2019" w:rsidRDefault="00000000">
      <w:pPr>
        <w:pStyle w:val="FieldMetadata"/>
      </w:pPr>
      <w:r>
        <w:t>Long answer; 250-word limit  |  Optional</w:t>
      </w:r>
    </w:p>
    <w:p w14:paraId="6A28A9C8" w14:textId="77777777" w:rsidR="00AA2019" w:rsidRDefault="00000000">
      <w:pPr>
        <w:pStyle w:val="ApplicationQuestion"/>
        <w:numPr>
          <w:ilvl w:val="0"/>
          <w:numId w:val="1"/>
        </w:numPr>
      </w:pPr>
      <w:r>
        <w:t>Please upload the preliminary proforma (if available).</w:t>
      </w:r>
    </w:p>
    <w:p w14:paraId="35064BA7" w14:textId="77777777" w:rsidR="00AA2019" w:rsidRDefault="00000000">
      <w:pPr>
        <w:pStyle w:val="FieldMetadata"/>
      </w:pPr>
      <w:r>
        <w:t>File upload  |  Optional</w:t>
      </w:r>
    </w:p>
    <w:p w14:paraId="4D911205" w14:textId="77777777" w:rsidR="00AA2019" w:rsidRDefault="00000000">
      <w:pPr>
        <w:pStyle w:val="ApplicationQuestion"/>
        <w:numPr>
          <w:ilvl w:val="0"/>
          <w:numId w:val="1"/>
        </w:numPr>
      </w:pPr>
      <w:r>
        <w:t>Please upload any zoning analysis (if available).</w:t>
      </w:r>
    </w:p>
    <w:p w14:paraId="516D272D" w14:textId="77777777" w:rsidR="00AA2019" w:rsidRDefault="00000000">
      <w:pPr>
        <w:pStyle w:val="FieldMetadata"/>
      </w:pPr>
      <w:r>
        <w:t>File upload  |  Optional</w:t>
      </w:r>
    </w:p>
    <w:p w14:paraId="6384CF9F" w14:textId="77777777" w:rsidR="00AA2019" w:rsidRDefault="00000000">
      <w:pPr>
        <w:pStyle w:val="ApplicationQuestion"/>
        <w:numPr>
          <w:ilvl w:val="0"/>
          <w:numId w:val="1"/>
        </w:numPr>
      </w:pPr>
      <w:r>
        <w:t>Please upload any environmental analysis (Phase 1) (if available).</w:t>
      </w:r>
    </w:p>
    <w:p w14:paraId="791E04A3" w14:textId="77777777" w:rsidR="00AA2019" w:rsidRDefault="00000000">
      <w:pPr>
        <w:pStyle w:val="FieldMetadata"/>
      </w:pPr>
      <w:r>
        <w:t>File upload  |  Optional</w:t>
      </w:r>
    </w:p>
    <w:p w14:paraId="0FA4E76A" w14:textId="77777777" w:rsidR="00AA2019" w:rsidRDefault="00000000">
      <w:pPr>
        <w:pStyle w:val="ApplicationQuestion"/>
        <w:numPr>
          <w:ilvl w:val="0"/>
          <w:numId w:val="1"/>
        </w:numPr>
      </w:pPr>
      <w:r>
        <w:t>Please upload any schematic designs (if available).</w:t>
      </w:r>
    </w:p>
    <w:p w14:paraId="444E8D46" w14:textId="77777777" w:rsidR="00AA2019" w:rsidRDefault="00000000">
      <w:pPr>
        <w:pStyle w:val="FieldMetadata"/>
      </w:pPr>
      <w:r>
        <w:t>File upload  |  Optional</w:t>
      </w:r>
    </w:p>
    <w:p w14:paraId="148E8003" w14:textId="77777777" w:rsidR="00AA2019" w:rsidRDefault="00000000">
      <w:pPr>
        <w:pStyle w:val="Heading1"/>
      </w:pPr>
      <w:r>
        <w:t>Organizational Information</w:t>
      </w:r>
    </w:p>
    <w:p w14:paraId="39D1B4CD" w14:textId="77777777" w:rsidR="00AA2019" w:rsidRDefault="00000000">
      <w:pPr>
        <w:pStyle w:val="ApplicationQuestion"/>
        <w:numPr>
          <w:ilvl w:val="0"/>
          <w:numId w:val="1"/>
        </w:numPr>
      </w:pPr>
      <w:r>
        <w:t>Please describe the mission and history of the organization and summarize its current range of activities.</w:t>
      </w:r>
    </w:p>
    <w:p w14:paraId="3D1201C7" w14:textId="77777777" w:rsidR="00AA2019" w:rsidRDefault="00000000">
      <w:pPr>
        <w:pStyle w:val="FieldMetadata"/>
      </w:pPr>
      <w:r>
        <w:t>Long answer; 250-word limit  |  Optional</w:t>
      </w:r>
    </w:p>
    <w:p w14:paraId="76DAF8F2" w14:textId="77777777" w:rsidR="00AA2019" w:rsidRDefault="00000000">
      <w:pPr>
        <w:pStyle w:val="ApplicationQuestion"/>
        <w:numPr>
          <w:ilvl w:val="0"/>
          <w:numId w:val="1"/>
        </w:numPr>
      </w:pPr>
      <w:r>
        <w:t>How would you describe your organization's financial health?</w:t>
      </w:r>
    </w:p>
    <w:p w14:paraId="498D4AF5" w14:textId="77777777" w:rsidR="00AA2019" w:rsidRDefault="00000000">
      <w:pPr>
        <w:pStyle w:val="FieldMetadata"/>
      </w:pPr>
      <w:r>
        <w:t>Dropdown  |  Optional</w:t>
      </w:r>
    </w:p>
    <w:p w14:paraId="4C817A56" w14:textId="77777777" w:rsidR="00AA2019" w:rsidRDefault="00000000">
      <w:pPr>
        <w:numPr>
          <w:ilvl w:val="0"/>
          <w:numId w:val="1"/>
        </w:numPr>
        <w:spacing w:after="40"/>
      </w:pPr>
      <w:r>
        <w:rPr>
          <w:color w:val="29343D"/>
          <w:sz w:val="20"/>
        </w:rPr>
        <w:t>Strong</w:t>
      </w:r>
    </w:p>
    <w:p w14:paraId="1E3F0D36" w14:textId="77777777" w:rsidR="00AA2019" w:rsidRDefault="00000000">
      <w:pPr>
        <w:numPr>
          <w:ilvl w:val="0"/>
          <w:numId w:val="1"/>
        </w:numPr>
        <w:spacing w:after="40"/>
      </w:pPr>
      <w:r>
        <w:rPr>
          <w:color w:val="29343D"/>
          <w:sz w:val="20"/>
        </w:rPr>
        <w:t>Stable</w:t>
      </w:r>
    </w:p>
    <w:p w14:paraId="73EA8D88" w14:textId="77777777" w:rsidR="00AA2019" w:rsidRDefault="00000000">
      <w:pPr>
        <w:numPr>
          <w:ilvl w:val="0"/>
          <w:numId w:val="1"/>
        </w:numPr>
        <w:spacing w:after="40"/>
      </w:pPr>
      <w:r>
        <w:rPr>
          <w:color w:val="29343D"/>
          <w:sz w:val="20"/>
        </w:rPr>
        <w:t>Weak</w:t>
      </w:r>
    </w:p>
    <w:p w14:paraId="08448E19" w14:textId="77777777" w:rsidR="00AA2019" w:rsidRDefault="00000000">
      <w:pPr>
        <w:numPr>
          <w:ilvl w:val="0"/>
          <w:numId w:val="1"/>
        </w:numPr>
        <w:spacing w:after="40"/>
      </w:pPr>
      <w:r>
        <w:rPr>
          <w:color w:val="29343D"/>
          <w:sz w:val="20"/>
        </w:rPr>
        <w:t>Crisis</w:t>
      </w:r>
    </w:p>
    <w:p w14:paraId="490C19F1" w14:textId="77777777" w:rsidR="00AA2019" w:rsidRDefault="00000000">
      <w:pPr>
        <w:pStyle w:val="ApplicationQuestion"/>
        <w:numPr>
          <w:ilvl w:val="0"/>
          <w:numId w:val="1"/>
        </w:numPr>
      </w:pPr>
      <w:r>
        <w:lastRenderedPageBreak/>
        <w:t>In your most recent fiscal year, did your organization show a surplus, deficit, or breakeven?</w:t>
      </w:r>
    </w:p>
    <w:p w14:paraId="704C099D" w14:textId="77777777" w:rsidR="00AA2019" w:rsidRDefault="00000000">
      <w:pPr>
        <w:pStyle w:val="FieldMetadata"/>
      </w:pPr>
      <w:r>
        <w:t>Dropdown  |  Optional</w:t>
      </w:r>
    </w:p>
    <w:p w14:paraId="3019CEC9" w14:textId="77777777" w:rsidR="00AA2019" w:rsidRDefault="00000000">
      <w:pPr>
        <w:numPr>
          <w:ilvl w:val="0"/>
          <w:numId w:val="1"/>
        </w:numPr>
        <w:spacing w:after="40"/>
      </w:pPr>
      <w:r>
        <w:rPr>
          <w:color w:val="29343D"/>
          <w:sz w:val="20"/>
        </w:rPr>
        <w:t>Surplus</w:t>
      </w:r>
    </w:p>
    <w:p w14:paraId="691ECD82" w14:textId="77777777" w:rsidR="00AA2019" w:rsidRDefault="00000000">
      <w:pPr>
        <w:numPr>
          <w:ilvl w:val="0"/>
          <w:numId w:val="1"/>
        </w:numPr>
        <w:spacing w:after="40"/>
      </w:pPr>
      <w:r>
        <w:rPr>
          <w:color w:val="29343D"/>
          <w:sz w:val="20"/>
        </w:rPr>
        <w:t>Deficit</w:t>
      </w:r>
    </w:p>
    <w:p w14:paraId="5DBEE1EC" w14:textId="77777777" w:rsidR="00AA2019" w:rsidRDefault="00000000">
      <w:pPr>
        <w:numPr>
          <w:ilvl w:val="0"/>
          <w:numId w:val="1"/>
        </w:numPr>
        <w:spacing w:after="40"/>
      </w:pPr>
      <w:r>
        <w:rPr>
          <w:color w:val="29343D"/>
          <w:sz w:val="20"/>
        </w:rPr>
        <w:t>Breakeven</w:t>
      </w:r>
    </w:p>
    <w:p w14:paraId="7EEDF193" w14:textId="77777777" w:rsidR="00AA2019" w:rsidRDefault="00000000">
      <w:pPr>
        <w:pStyle w:val="ApplicationQuestion"/>
        <w:numPr>
          <w:ilvl w:val="0"/>
          <w:numId w:val="1"/>
        </w:numPr>
      </w:pPr>
      <w:r>
        <w:t>This fiscal year, do you anticipate a surplus, deficit, or breakeven?</w:t>
      </w:r>
    </w:p>
    <w:p w14:paraId="09598240" w14:textId="77777777" w:rsidR="00AA2019" w:rsidRDefault="00000000">
      <w:pPr>
        <w:pStyle w:val="FieldMetadata"/>
      </w:pPr>
      <w:r>
        <w:t>Dropdown  |  Optional</w:t>
      </w:r>
    </w:p>
    <w:p w14:paraId="49E68FD1" w14:textId="77777777" w:rsidR="00AA2019" w:rsidRDefault="00000000">
      <w:pPr>
        <w:numPr>
          <w:ilvl w:val="0"/>
          <w:numId w:val="1"/>
        </w:numPr>
        <w:spacing w:after="40"/>
      </w:pPr>
      <w:r>
        <w:rPr>
          <w:color w:val="29343D"/>
          <w:sz w:val="20"/>
        </w:rPr>
        <w:t>Surplus</w:t>
      </w:r>
    </w:p>
    <w:p w14:paraId="2D28121A" w14:textId="77777777" w:rsidR="00AA2019" w:rsidRDefault="00000000">
      <w:pPr>
        <w:numPr>
          <w:ilvl w:val="0"/>
          <w:numId w:val="1"/>
        </w:numPr>
        <w:spacing w:after="40"/>
      </w:pPr>
      <w:r>
        <w:rPr>
          <w:color w:val="29343D"/>
          <w:sz w:val="20"/>
        </w:rPr>
        <w:t>Deficit</w:t>
      </w:r>
    </w:p>
    <w:p w14:paraId="754B4CBA" w14:textId="77777777" w:rsidR="00AA2019" w:rsidRDefault="00000000">
      <w:pPr>
        <w:numPr>
          <w:ilvl w:val="0"/>
          <w:numId w:val="1"/>
        </w:numPr>
        <w:spacing w:after="40"/>
      </w:pPr>
      <w:r>
        <w:rPr>
          <w:color w:val="29343D"/>
          <w:sz w:val="20"/>
        </w:rPr>
        <w:t>Breakeven</w:t>
      </w:r>
    </w:p>
    <w:p w14:paraId="64CB813E" w14:textId="77777777" w:rsidR="00AA2019" w:rsidRDefault="00000000">
      <w:pPr>
        <w:pStyle w:val="ApplicationQuestion"/>
        <w:numPr>
          <w:ilvl w:val="0"/>
          <w:numId w:val="1"/>
        </w:numPr>
      </w:pPr>
      <w:r>
        <w:t>Please list your top three (3) private, philanthropic funders with names and amounts for the last fiscal year.</w:t>
      </w:r>
    </w:p>
    <w:p w14:paraId="6E2A0329" w14:textId="77777777" w:rsidR="00AA2019" w:rsidRDefault="00000000">
      <w:pPr>
        <w:pStyle w:val="FieldMetadata"/>
      </w:pPr>
      <w:r>
        <w:t>Long answer  |  Optional</w:t>
      </w:r>
    </w:p>
    <w:p w14:paraId="5CC81B5A" w14:textId="77777777" w:rsidR="00AA2019" w:rsidRDefault="00000000">
      <w:pPr>
        <w:pStyle w:val="ApplicationQuestion"/>
        <w:numPr>
          <w:ilvl w:val="0"/>
          <w:numId w:val="1"/>
        </w:numPr>
      </w:pPr>
      <w:r>
        <w:t>What is your primary banking relationship? (Institution and contact information)</w:t>
      </w:r>
    </w:p>
    <w:p w14:paraId="03CE356C" w14:textId="77777777" w:rsidR="00AA2019" w:rsidRDefault="00000000">
      <w:pPr>
        <w:pStyle w:val="FieldMetadata"/>
      </w:pPr>
      <w:r>
        <w:t>Long answer  |  Optional</w:t>
      </w:r>
    </w:p>
    <w:p w14:paraId="18E42F07" w14:textId="77777777" w:rsidR="00AA2019" w:rsidRDefault="00000000">
      <w:pPr>
        <w:pStyle w:val="ApplicationQuestion"/>
        <w:numPr>
          <w:ilvl w:val="0"/>
          <w:numId w:val="1"/>
        </w:numPr>
      </w:pPr>
      <w:r>
        <w:t>Please attach the three most recent audits, the three most recent Form 990s, and the organizational budget for the current fiscal year.</w:t>
      </w:r>
    </w:p>
    <w:p w14:paraId="04ECDB44" w14:textId="77777777" w:rsidR="00AA2019" w:rsidRDefault="00000000">
      <w:pPr>
        <w:pStyle w:val="FieldMetadata"/>
      </w:pPr>
      <w:r>
        <w:t>File upload; multiple responses allowed  |  Optional</w:t>
      </w:r>
    </w:p>
    <w:p w14:paraId="0DA46A44" w14:textId="77777777" w:rsidR="00AA2019" w:rsidRDefault="00000000">
      <w:pPr>
        <w:pStyle w:val="ApplicationQuestion"/>
        <w:numPr>
          <w:ilvl w:val="0"/>
          <w:numId w:val="1"/>
        </w:numPr>
      </w:pPr>
      <w:r>
        <w:t>Does the organization work with any company that the Executive Director, any member of staff, or any board member directly (or indirectly) has an economic interest in? If so, please describe.</w:t>
      </w:r>
    </w:p>
    <w:p w14:paraId="778D6CC5" w14:textId="77777777" w:rsidR="00AA2019" w:rsidRDefault="00000000">
      <w:pPr>
        <w:pStyle w:val="FieldMetadata"/>
      </w:pPr>
      <w:r>
        <w:t>Long answer  |  Optional</w:t>
      </w:r>
    </w:p>
    <w:p w14:paraId="0792B902" w14:textId="77777777" w:rsidR="00AA2019" w:rsidRDefault="00000000">
      <w:pPr>
        <w:pStyle w:val="ApplicationQuestion"/>
        <w:numPr>
          <w:ilvl w:val="0"/>
          <w:numId w:val="1"/>
        </w:numPr>
      </w:pPr>
      <w:r>
        <w:t>If the organization is the subject of any meaningful litigation or lawsuits, please describe them here.</w:t>
      </w:r>
    </w:p>
    <w:p w14:paraId="22D02385" w14:textId="77777777" w:rsidR="00AA2019" w:rsidRDefault="00000000">
      <w:pPr>
        <w:pStyle w:val="FieldMetadata"/>
      </w:pPr>
      <w:r>
        <w:t>Long answer  |  Optional</w:t>
      </w:r>
    </w:p>
    <w:p w14:paraId="25EF7C16" w14:textId="77777777" w:rsidR="00AA2019" w:rsidRDefault="00000000">
      <w:pPr>
        <w:pStyle w:val="ApplicationQuestion"/>
        <w:numPr>
          <w:ilvl w:val="0"/>
          <w:numId w:val="1"/>
        </w:numPr>
      </w:pPr>
      <w:r>
        <w:t>As part of our vendor pre-qualification process, we would like to speak with three references who have worked closely with your organization during the past three years. Ideally, these will include a private funder, a development partner, and a community representative (elected or otherwise). Please list your suggested references with contact details here. We will not reach out to them without your explicit permission.</w:t>
      </w:r>
    </w:p>
    <w:p w14:paraId="6F781881" w14:textId="77777777" w:rsidR="00AA2019" w:rsidRDefault="00000000">
      <w:pPr>
        <w:pStyle w:val="FieldMetadata"/>
      </w:pPr>
      <w:r>
        <w:t>Long answer  |  Optional</w:t>
      </w:r>
    </w:p>
    <w:p w14:paraId="6D50F5C3" w14:textId="77777777" w:rsidR="00AA2019" w:rsidRDefault="00000000">
      <w:pPr>
        <w:pStyle w:val="ApplicationQuestion"/>
        <w:numPr>
          <w:ilvl w:val="0"/>
          <w:numId w:val="1"/>
        </w:numPr>
      </w:pPr>
      <w:r>
        <w:t>Please provide the name and contact information of the Chair of your Board of Directors.</w:t>
      </w:r>
    </w:p>
    <w:p w14:paraId="55F11F11" w14:textId="77777777" w:rsidR="00AA2019" w:rsidRDefault="00000000">
      <w:pPr>
        <w:pStyle w:val="FieldMetadata"/>
      </w:pPr>
      <w:r>
        <w:t>Long answer  |  Optional</w:t>
      </w:r>
    </w:p>
    <w:p w14:paraId="1E41B84D" w14:textId="77777777" w:rsidR="00AA2019" w:rsidRDefault="00000000">
      <w:pPr>
        <w:pStyle w:val="Heading1"/>
      </w:pPr>
      <w:r>
        <w:t>Additional Information</w:t>
      </w:r>
    </w:p>
    <w:p w14:paraId="5A4835BE" w14:textId="77777777" w:rsidR="00AA2019" w:rsidRDefault="00000000">
      <w:pPr>
        <w:pStyle w:val="ApplicationQuestion"/>
        <w:numPr>
          <w:ilvl w:val="0"/>
          <w:numId w:val="1"/>
        </w:numPr>
      </w:pPr>
      <w:r>
        <w:t>Is there anything else you would like to tell us at this point?</w:t>
      </w:r>
    </w:p>
    <w:p w14:paraId="1F4296B6" w14:textId="77777777" w:rsidR="00AA2019" w:rsidRDefault="00000000">
      <w:pPr>
        <w:pStyle w:val="FieldMetadata"/>
      </w:pPr>
      <w:r>
        <w:t>Long answer; 250-word limit  |  Optional</w:t>
      </w:r>
    </w:p>
    <w:p w14:paraId="589C920B" w14:textId="77777777" w:rsidR="00AA2019" w:rsidRDefault="00000000">
      <w:pPr>
        <w:pStyle w:val="ApplicationQuestion"/>
        <w:numPr>
          <w:ilvl w:val="0"/>
          <w:numId w:val="1"/>
        </w:numPr>
      </w:pPr>
      <w:r>
        <w:t>Please attach any other materials (up to three) that you would like us to review.</w:t>
      </w:r>
    </w:p>
    <w:p w14:paraId="099B863E" w14:textId="77777777" w:rsidR="00AA2019" w:rsidRDefault="00000000">
      <w:pPr>
        <w:pStyle w:val="FieldMetadata"/>
      </w:pPr>
      <w:r>
        <w:t>File upload; up to three files  |  Optional</w:t>
      </w:r>
    </w:p>
    <w:sectPr w:rsidR="00AA2019" w:rsidSect="00034616">
      <w:headerReference w:type="default" r:id="rId11"/>
      <w:footerReference w:type="default" r:id="rId12"/>
      <w:pgSz w:w="12240" w:h="15840"/>
      <w:pgMar w:top="1152" w:right="1224" w:bottom="1152"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FA6DF" w14:textId="77777777" w:rsidR="00D55CE4" w:rsidRDefault="00D55CE4">
      <w:pPr>
        <w:spacing w:after="0" w:line="240" w:lineRule="auto"/>
      </w:pPr>
      <w:r>
        <w:separator/>
      </w:r>
    </w:p>
  </w:endnote>
  <w:endnote w:type="continuationSeparator" w:id="0">
    <w:p w14:paraId="4264C3F7" w14:textId="77777777" w:rsidR="00D55CE4" w:rsidRDefault="00D55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C3A67" w14:textId="77777777" w:rsidR="00AA2019" w:rsidRDefault="00000000">
    <w:pPr>
      <w:pStyle w:val="Footer"/>
      <w:jc w:val="center"/>
    </w:pPr>
    <w:r>
      <w:rPr>
        <w:color w:val="66727D"/>
        <w:sz w:val="17"/>
      </w:rPr>
      <w:t>New York Shelter Acquisition and Predevelopment Fund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79924" w14:textId="77777777" w:rsidR="00D55CE4" w:rsidRDefault="00D55CE4">
      <w:pPr>
        <w:spacing w:after="0" w:line="240" w:lineRule="auto"/>
      </w:pPr>
      <w:r>
        <w:separator/>
      </w:r>
    </w:p>
  </w:footnote>
  <w:footnote w:type="continuationSeparator" w:id="0">
    <w:p w14:paraId="1B93AF33" w14:textId="77777777" w:rsidR="00D55CE4" w:rsidRDefault="00D55C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09597" w14:textId="77777777" w:rsidR="00AA2019" w:rsidRDefault="00000000">
    <w:pPr>
      <w:pStyle w:val="Header"/>
      <w:jc w:val="right"/>
    </w:pPr>
    <w:r>
      <w:rPr>
        <w:b/>
        <w:color w:val="66727D"/>
        <w:sz w:val="17"/>
      </w:rPr>
      <w:t>SEACHANGE CAPITAL PARTNERS | APPLICATION QUESTIONNAIRE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4539F7"/>
    <w:multiLevelType w:val="singleLevel"/>
    <w:tmpl w:val="0409000F"/>
    <w:lvl w:ilvl="0">
      <w:start w:val="1"/>
      <w:numFmt w:val="decimal"/>
      <w:lvlText w:val="%1."/>
      <w:lvlJc w:val="left"/>
      <w:pPr>
        <w:tabs>
          <w:tab w:val="num" w:pos="720"/>
        </w:tabs>
        <w:ind w:left="720" w:hanging="360"/>
      </w:pPr>
    </w:lvl>
  </w:abstractNum>
  <w:abstractNum w:abstractNumId="10" w15:restartNumberingAfterBreak="0">
    <w:nsid w:val="70C922CB"/>
    <w:multiLevelType w:val="singleLevel"/>
    <w:tmpl w:val="EFDEB8B2"/>
    <w:lvl w:ilvl="0">
      <w:start w:val="1"/>
      <w:numFmt w:val="bullet"/>
      <w:pStyle w:val="ListBullet"/>
      <w:lvlText w:val="•"/>
      <w:lvlJc w:val="left"/>
      <w:pPr>
        <w:tabs>
          <w:tab w:val="num" w:pos="720"/>
        </w:tabs>
        <w:ind w:left="720" w:hanging="270"/>
      </w:pPr>
    </w:lvl>
  </w:abstractNum>
  <w:num w:numId="1" w16cid:durableId="9535138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545D5"/>
    <w:rsid w:val="0029639D"/>
    <w:rsid w:val="00326F90"/>
    <w:rsid w:val="007B2754"/>
    <w:rsid w:val="00AA1D8D"/>
    <w:rsid w:val="00AA2019"/>
    <w:rsid w:val="00B47730"/>
    <w:rsid w:val="00CB0664"/>
    <w:rsid w:val="00D55CE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C10BC7"/>
  <w14:defaultImageDpi w14:val="300"/>
  <w15:docId w15:val="{CF99516A-5E20-4731-A2D5-9DB8986A1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Calibri" w:hAnsi="Calibri"/>
      <w:sz w:val="21"/>
    </w:rPr>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b/>
      <w:bCs/>
      <w:color w:val="2E5F8A"/>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b/>
      <w:bCs/>
      <w:color w:val="2E5F8A"/>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18354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pplicationQuestion">
    <w:name w:val="Application Question"/>
    <w:pPr>
      <w:keepNext/>
      <w:spacing w:before="140" w:after="20"/>
    </w:pPr>
    <w:rPr>
      <w:rFonts w:ascii="Calibri" w:hAnsi="Calibri"/>
      <w:b/>
      <w:color w:val="18354F"/>
      <w:sz w:val="21"/>
    </w:rPr>
  </w:style>
  <w:style w:type="paragraph" w:customStyle="1" w:styleId="FieldMetadata">
    <w:name w:val="Field Metadata"/>
    <w:pPr>
      <w:spacing w:after="40"/>
      <w:ind w:left="540"/>
    </w:pPr>
    <w:rPr>
      <w:rFonts w:ascii="Calibri" w:hAnsi="Calibri"/>
      <w:i/>
      <w:color w:val="66727D"/>
      <w:sz w:val="18"/>
    </w:rPr>
  </w:style>
  <w:style w:type="character" w:styleId="Hyperlink">
    <w:name w:val="Hyperlink"/>
    <w:basedOn w:val="DefaultParagraphFont"/>
    <w:uiPriority w:val="99"/>
    <w:unhideWhenUsed/>
    <w:rsid w:val="001545D5"/>
    <w:rPr>
      <w:color w:val="0000FF" w:themeColor="hyperlink"/>
      <w:u w:val="single"/>
    </w:rPr>
  </w:style>
  <w:style w:type="character" w:styleId="UnresolvedMention">
    <w:name w:val="Unresolved Mention"/>
    <w:basedOn w:val="DefaultParagraphFont"/>
    <w:uiPriority w:val="99"/>
    <w:semiHidden/>
    <w:unhideWhenUsed/>
    <w:rsid w:val="001545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faforms.com/505014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eachangecapitalpartners.app.box.com/file/1176118923530?s=mmcbnkbo0m8487ipguf0ujzjahpn9pcg" TargetMode="External"/><Relationship Id="rId4" Type="http://schemas.openxmlformats.org/officeDocument/2006/relationships/settings" Target="settings.xml"/><Relationship Id="rId9" Type="http://schemas.openxmlformats.org/officeDocument/2006/relationships/hyperlink" Target="https://www.tfaforms.com/505014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York Shelter Acquisition and Predevelopment Fund Application Questionnaire</dc:title>
  <dc:subject>Complete application questions, answer options, and conditional logic</dc:subject>
  <dc:creator>OpenAI</dc:creator>
  <cp:keywords>SeaChange Capital Partners, application, shelter fund, loan, pre-qualification</cp:keywords>
  <dc:description>generated by python-docx</dc:description>
  <cp:lastModifiedBy>Alex Volpicello</cp:lastModifiedBy>
  <cp:revision>2</cp:revision>
  <dcterms:created xsi:type="dcterms:W3CDTF">2026-08-13T16:52:00Z</dcterms:created>
  <dcterms:modified xsi:type="dcterms:W3CDTF">2026-08-13T16:52:00Z</dcterms:modified>
  <cp:category/>
</cp:coreProperties>
</file>